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5BEA8" w14:textId="77777777" w:rsidR="006A0D0E" w:rsidRDefault="00000000">
      <w:pPr>
        <w:pStyle w:val="Ttulo1"/>
      </w:pPr>
      <w:r>
        <w:t>PROPOSTA COMERCIAL</w:t>
      </w:r>
    </w:p>
    <w:p w14:paraId="30AFD68C" w14:textId="77777777" w:rsidR="006A0D0E" w:rsidRDefault="00000000">
      <w:r>
        <w:t>Empresa: AMC Decorações VR Ltda</w:t>
      </w:r>
    </w:p>
    <w:p w14:paraId="64C69671" w14:textId="77777777" w:rsidR="006A0D0E" w:rsidRDefault="00000000">
      <w:r>
        <w:t>CNPJ: 68.639.210/0001-68</w:t>
      </w:r>
    </w:p>
    <w:p w14:paraId="3186683C" w14:textId="77777777" w:rsidR="006A0D0E" w:rsidRDefault="00000000">
      <w:r>
        <w:t>Endereço: Av. Dezessete de Julho, 369 - Loja - Aterrado - Volta Redonda/RJ - CEP 27213-200</w:t>
      </w:r>
    </w:p>
    <w:p w14:paraId="0C5990F4" w14:textId="77777777" w:rsidR="006A0D0E" w:rsidRDefault="00000000">
      <w:r>
        <w:t>Telefone: (24) 3347-1333</w:t>
      </w:r>
    </w:p>
    <w:p w14:paraId="631A9B3C" w14:textId="77777777" w:rsidR="006A0D0E" w:rsidRDefault="00000000">
      <w:r>
        <w:t>E-mail: deco.planalto@yahoo.com.br</w:t>
      </w:r>
    </w:p>
    <w:p w14:paraId="0EC2284A" w14:textId="77777777" w:rsidR="006A0D0E" w:rsidRDefault="006A0D0E"/>
    <w:p w14:paraId="49904A0B" w14:textId="77777777" w:rsidR="006A0D0E" w:rsidRDefault="00000000">
      <w:r>
        <w:t>À Prefeitura Municipal de Fama - MG</w:t>
      </w:r>
    </w:p>
    <w:p w14:paraId="3F755373" w14:textId="77777777" w:rsidR="006A0D0E" w:rsidRDefault="00000000">
      <w:r>
        <w:t>CNPJ: 18.243.253/0001-51</w:t>
      </w:r>
    </w:p>
    <w:p w14:paraId="130F393F" w14:textId="77777777" w:rsidR="006A0D0E" w:rsidRDefault="00000000">
      <w:r>
        <w:t>Praça Getúlio Vargas, nº 01 - Centro - Fama/MG</w:t>
      </w:r>
    </w:p>
    <w:p w14:paraId="4A13F0E4" w14:textId="77777777" w:rsidR="006A0D0E" w:rsidRDefault="00000000">
      <w:r>
        <w:t>Setor de Licitações - E-mail: dispensaeinex@fama.mg.gov.br</w:t>
      </w:r>
    </w:p>
    <w:p w14:paraId="7A0D2DD8" w14:textId="77777777" w:rsidR="006A0D0E" w:rsidRDefault="006A0D0E"/>
    <w:p w14:paraId="66A4C18F" w14:textId="77777777" w:rsidR="006A0D0E" w:rsidRDefault="00000000">
      <w:pPr>
        <w:pStyle w:val="Ttulo2"/>
      </w:pPr>
      <w:r>
        <w:t>Objeto:</w:t>
      </w:r>
    </w:p>
    <w:p w14:paraId="59A28229" w14:textId="77777777" w:rsidR="006A0D0E" w:rsidRDefault="00000000">
      <w:r>
        <w:t>Apresentamos nossa proposta de fornecimento e instalação de persianas rolo com blackout, conforme especificações do Aviso de Dispensa de Licitação nº 29/2025, Processo Administrativo nº 105/2025.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728"/>
        <w:gridCol w:w="1728"/>
        <w:gridCol w:w="1728"/>
        <w:gridCol w:w="1728"/>
        <w:gridCol w:w="1728"/>
      </w:tblGrid>
      <w:tr w:rsidR="006A0D0E" w14:paraId="2B4B3C85" w14:textId="77777777">
        <w:tc>
          <w:tcPr>
            <w:tcW w:w="1728" w:type="dxa"/>
          </w:tcPr>
          <w:p w14:paraId="4A68385C" w14:textId="77777777" w:rsidR="006A0D0E" w:rsidRDefault="00000000">
            <w:r>
              <w:t>Item</w:t>
            </w:r>
          </w:p>
        </w:tc>
        <w:tc>
          <w:tcPr>
            <w:tcW w:w="1728" w:type="dxa"/>
          </w:tcPr>
          <w:p w14:paraId="1B46F69E" w14:textId="77777777" w:rsidR="006A0D0E" w:rsidRDefault="00000000">
            <w:r>
              <w:t>Descrição</w:t>
            </w:r>
          </w:p>
        </w:tc>
        <w:tc>
          <w:tcPr>
            <w:tcW w:w="1728" w:type="dxa"/>
          </w:tcPr>
          <w:p w14:paraId="0C6FD309" w14:textId="77777777" w:rsidR="006A0D0E" w:rsidRDefault="00000000">
            <w:r>
              <w:t>Qtd.</w:t>
            </w:r>
          </w:p>
        </w:tc>
        <w:tc>
          <w:tcPr>
            <w:tcW w:w="1728" w:type="dxa"/>
          </w:tcPr>
          <w:p w14:paraId="38FFA642" w14:textId="77777777" w:rsidR="006A0D0E" w:rsidRDefault="00000000">
            <w:r>
              <w:t>M²</w:t>
            </w:r>
          </w:p>
        </w:tc>
        <w:tc>
          <w:tcPr>
            <w:tcW w:w="1728" w:type="dxa"/>
          </w:tcPr>
          <w:p w14:paraId="429A0F56" w14:textId="77777777" w:rsidR="006A0D0E" w:rsidRDefault="00000000">
            <w:r>
              <w:t>Valor Total (R$)</w:t>
            </w:r>
          </w:p>
        </w:tc>
      </w:tr>
      <w:tr w:rsidR="006A0D0E" w14:paraId="3868CEF2" w14:textId="77777777">
        <w:tc>
          <w:tcPr>
            <w:tcW w:w="1728" w:type="dxa"/>
          </w:tcPr>
          <w:p w14:paraId="005D91D6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20B07837" w14:textId="77777777" w:rsidR="006A0D0E" w:rsidRDefault="00000000">
            <w:r>
              <w:t>Persiana rolo blackout 1,50x1,80m</w:t>
            </w:r>
          </w:p>
        </w:tc>
        <w:tc>
          <w:tcPr>
            <w:tcW w:w="1728" w:type="dxa"/>
          </w:tcPr>
          <w:p w14:paraId="2D0095AC" w14:textId="77777777" w:rsidR="006A0D0E" w:rsidRDefault="00000000">
            <w:r>
              <w:t>2</w:t>
            </w:r>
          </w:p>
        </w:tc>
        <w:tc>
          <w:tcPr>
            <w:tcW w:w="1728" w:type="dxa"/>
          </w:tcPr>
          <w:p w14:paraId="0A7AB87C" w14:textId="77777777" w:rsidR="006A0D0E" w:rsidRDefault="00000000">
            <w:r>
              <w:t>5,40</w:t>
            </w:r>
          </w:p>
        </w:tc>
        <w:tc>
          <w:tcPr>
            <w:tcW w:w="1728" w:type="dxa"/>
          </w:tcPr>
          <w:p w14:paraId="21042E16" w14:textId="77777777" w:rsidR="006A0D0E" w:rsidRDefault="00000000">
            <w:r>
              <w:t>1.710,28</w:t>
            </w:r>
          </w:p>
        </w:tc>
      </w:tr>
      <w:tr w:rsidR="006A0D0E" w14:paraId="2065757B" w14:textId="77777777">
        <w:tc>
          <w:tcPr>
            <w:tcW w:w="1728" w:type="dxa"/>
          </w:tcPr>
          <w:p w14:paraId="27D7E24C" w14:textId="77777777" w:rsidR="006A0D0E" w:rsidRDefault="00000000">
            <w:r>
              <w:t>2</w:t>
            </w:r>
          </w:p>
        </w:tc>
        <w:tc>
          <w:tcPr>
            <w:tcW w:w="1728" w:type="dxa"/>
          </w:tcPr>
          <w:p w14:paraId="201142EC" w14:textId="77777777" w:rsidR="006A0D0E" w:rsidRDefault="00000000">
            <w:r>
              <w:t>Persiana rolo blackout 1,80x1,85m</w:t>
            </w:r>
          </w:p>
        </w:tc>
        <w:tc>
          <w:tcPr>
            <w:tcW w:w="1728" w:type="dxa"/>
          </w:tcPr>
          <w:p w14:paraId="51410BE2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4771C720" w14:textId="77777777" w:rsidR="006A0D0E" w:rsidRDefault="00000000">
            <w:r>
              <w:t>3,33</w:t>
            </w:r>
          </w:p>
        </w:tc>
        <w:tc>
          <w:tcPr>
            <w:tcW w:w="1728" w:type="dxa"/>
          </w:tcPr>
          <w:p w14:paraId="72F0F149" w14:textId="77777777" w:rsidR="006A0D0E" w:rsidRDefault="00000000">
            <w:r>
              <w:t>1.054,54</w:t>
            </w:r>
          </w:p>
        </w:tc>
      </w:tr>
      <w:tr w:rsidR="006A0D0E" w14:paraId="6E7B514D" w14:textId="77777777">
        <w:tc>
          <w:tcPr>
            <w:tcW w:w="1728" w:type="dxa"/>
          </w:tcPr>
          <w:p w14:paraId="6F58C22D" w14:textId="77777777" w:rsidR="006A0D0E" w:rsidRDefault="00000000">
            <w:r>
              <w:t>3</w:t>
            </w:r>
          </w:p>
        </w:tc>
        <w:tc>
          <w:tcPr>
            <w:tcW w:w="1728" w:type="dxa"/>
          </w:tcPr>
          <w:p w14:paraId="3B1E3807" w14:textId="77777777" w:rsidR="006A0D0E" w:rsidRDefault="00000000">
            <w:r>
              <w:t>Persiana rolo blackout 1,80x1,95m</w:t>
            </w:r>
          </w:p>
        </w:tc>
        <w:tc>
          <w:tcPr>
            <w:tcW w:w="1728" w:type="dxa"/>
          </w:tcPr>
          <w:p w14:paraId="11582BCE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7E952758" w14:textId="77777777" w:rsidR="006A0D0E" w:rsidRDefault="00000000">
            <w:r>
              <w:t>3,51</w:t>
            </w:r>
          </w:p>
        </w:tc>
        <w:tc>
          <w:tcPr>
            <w:tcW w:w="1728" w:type="dxa"/>
          </w:tcPr>
          <w:p w14:paraId="3B134CEF" w14:textId="77777777" w:rsidR="006A0D0E" w:rsidRDefault="00000000">
            <w:r>
              <w:t>1.111,55</w:t>
            </w:r>
          </w:p>
        </w:tc>
      </w:tr>
      <w:tr w:rsidR="006A0D0E" w14:paraId="131BA4C8" w14:textId="77777777">
        <w:tc>
          <w:tcPr>
            <w:tcW w:w="1728" w:type="dxa"/>
          </w:tcPr>
          <w:p w14:paraId="0BEAE712" w14:textId="77777777" w:rsidR="006A0D0E" w:rsidRDefault="00000000">
            <w:r>
              <w:t>4</w:t>
            </w:r>
          </w:p>
        </w:tc>
        <w:tc>
          <w:tcPr>
            <w:tcW w:w="1728" w:type="dxa"/>
          </w:tcPr>
          <w:p w14:paraId="4DAF46D3" w14:textId="77777777" w:rsidR="006A0D0E" w:rsidRDefault="00000000">
            <w:r>
              <w:t>Persiana rolo blackout 1,80x2,10m</w:t>
            </w:r>
          </w:p>
        </w:tc>
        <w:tc>
          <w:tcPr>
            <w:tcW w:w="1728" w:type="dxa"/>
          </w:tcPr>
          <w:p w14:paraId="583CE9B6" w14:textId="77777777" w:rsidR="006A0D0E" w:rsidRDefault="00000000">
            <w:r>
              <w:t>2</w:t>
            </w:r>
          </w:p>
        </w:tc>
        <w:tc>
          <w:tcPr>
            <w:tcW w:w="1728" w:type="dxa"/>
          </w:tcPr>
          <w:p w14:paraId="33DEDBE3" w14:textId="77777777" w:rsidR="006A0D0E" w:rsidRDefault="00000000">
            <w:r>
              <w:t>7,56</w:t>
            </w:r>
          </w:p>
        </w:tc>
        <w:tc>
          <w:tcPr>
            <w:tcW w:w="1728" w:type="dxa"/>
          </w:tcPr>
          <w:p w14:paraId="07A6551B" w14:textId="77777777" w:rsidR="006A0D0E" w:rsidRDefault="00000000">
            <w:r>
              <w:t>2.394,10</w:t>
            </w:r>
          </w:p>
        </w:tc>
      </w:tr>
      <w:tr w:rsidR="006A0D0E" w14:paraId="468B08A4" w14:textId="77777777">
        <w:tc>
          <w:tcPr>
            <w:tcW w:w="1728" w:type="dxa"/>
          </w:tcPr>
          <w:p w14:paraId="268D5A6F" w14:textId="77777777" w:rsidR="006A0D0E" w:rsidRDefault="00000000">
            <w:r>
              <w:lastRenderedPageBreak/>
              <w:t>5</w:t>
            </w:r>
          </w:p>
        </w:tc>
        <w:tc>
          <w:tcPr>
            <w:tcW w:w="1728" w:type="dxa"/>
          </w:tcPr>
          <w:p w14:paraId="17D31CA2" w14:textId="77777777" w:rsidR="006A0D0E" w:rsidRDefault="00000000">
            <w:r>
              <w:t>Persiana rolo blackout 1,80x2,30m</w:t>
            </w:r>
          </w:p>
        </w:tc>
        <w:tc>
          <w:tcPr>
            <w:tcW w:w="1728" w:type="dxa"/>
          </w:tcPr>
          <w:p w14:paraId="18FE3132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6AB2036F" w14:textId="77777777" w:rsidR="006A0D0E" w:rsidRDefault="00000000">
            <w:r>
              <w:t>3,78</w:t>
            </w:r>
          </w:p>
        </w:tc>
        <w:tc>
          <w:tcPr>
            <w:tcW w:w="1728" w:type="dxa"/>
          </w:tcPr>
          <w:p w14:paraId="4A3AA2F9" w14:textId="77777777" w:rsidR="006A0D0E" w:rsidRDefault="00000000">
            <w:r>
              <w:t>1.197,05</w:t>
            </w:r>
          </w:p>
        </w:tc>
      </w:tr>
      <w:tr w:rsidR="006A0D0E" w14:paraId="3113BCA1" w14:textId="77777777">
        <w:tc>
          <w:tcPr>
            <w:tcW w:w="1728" w:type="dxa"/>
          </w:tcPr>
          <w:p w14:paraId="5ED761C7" w14:textId="77777777" w:rsidR="006A0D0E" w:rsidRDefault="00000000">
            <w:r>
              <w:t>6</w:t>
            </w:r>
          </w:p>
        </w:tc>
        <w:tc>
          <w:tcPr>
            <w:tcW w:w="1728" w:type="dxa"/>
          </w:tcPr>
          <w:p w14:paraId="07CF0635" w14:textId="77777777" w:rsidR="006A0D0E" w:rsidRDefault="00000000">
            <w:r>
              <w:t>Persiana rolo blackout 1,50x1,80m</w:t>
            </w:r>
          </w:p>
        </w:tc>
        <w:tc>
          <w:tcPr>
            <w:tcW w:w="1728" w:type="dxa"/>
          </w:tcPr>
          <w:p w14:paraId="2C2DDCD9" w14:textId="77777777" w:rsidR="006A0D0E" w:rsidRDefault="00000000">
            <w:r>
              <w:t>3</w:t>
            </w:r>
          </w:p>
        </w:tc>
        <w:tc>
          <w:tcPr>
            <w:tcW w:w="1728" w:type="dxa"/>
          </w:tcPr>
          <w:p w14:paraId="767E3025" w14:textId="77777777" w:rsidR="006A0D0E" w:rsidRDefault="00000000">
            <w:r>
              <w:t>8,10</w:t>
            </w:r>
          </w:p>
        </w:tc>
        <w:tc>
          <w:tcPr>
            <w:tcW w:w="1728" w:type="dxa"/>
          </w:tcPr>
          <w:p w14:paraId="6209E7F0" w14:textId="77777777" w:rsidR="006A0D0E" w:rsidRDefault="00000000">
            <w:r>
              <w:t>2.565,11</w:t>
            </w:r>
          </w:p>
        </w:tc>
      </w:tr>
      <w:tr w:rsidR="006A0D0E" w14:paraId="1BCF162B" w14:textId="77777777">
        <w:tc>
          <w:tcPr>
            <w:tcW w:w="1728" w:type="dxa"/>
          </w:tcPr>
          <w:p w14:paraId="5D38292E" w14:textId="77777777" w:rsidR="006A0D0E" w:rsidRDefault="00000000">
            <w:r>
              <w:t>7</w:t>
            </w:r>
          </w:p>
        </w:tc>
        <w:tc>
          <w:tcPr>
            <w:tcW w:w="1728" w:type="dxa"/>
          </w:tcPr>
          <w:p w14:paraId="4E90A87F" w14:textId="77777777" w:rsidR="006A0D0E" w:rsidRDefault="00000000">
            <w:r>
              <w:t>Persiana rolo blackout 1,50x2,30m</w:t>
            </w:r>
          </w:p>
        </w:tc>
        <w:tc>
          <w:tcPr>
            <w:tcW w:w="1728" w:type="dxa"/>
          </w:tcPr>
          <w:p w14:paraId="1E9CE15D" w14:textId="77777777" w:rsidR="006A0D0E" w:rsidRDefault="00000000">
            <w:r>
              <w:t>3</w:t>
            </w:r>
          </w:p>
        </w:tc>
        <w:tc>
          <w:tcPr>
            <w:tcW w:w="1728" w:type="dxa"/>
          </w:tcPr>
          <w:p w14:paraId="037E5C5E" w14:textId="77777777" w:rsidR="006A0D0E" w:rsidRDefault="00000000">
            <w:r>
              <w:t>10,35</w:t>
            </w:r>
          </w:p>
        </w:tc>
        <w:tc>
          <w:tcPr>
            <w:tcW w:w="1728" w:type="dxa"/>
          </w:tcPr>
          <w:p w14:paraId="21AA42BD" w14:textId="77777777" w:rsidR="006A0D0E" w:rsidRDefault="00000000">
            <w:r>
              <w:t>3.277,64</w:t>
            </w:r>
          </w:p>
        </w:tc>
      </w:tr>
      <w:tr w:rsidR="006A0D0E" w14:paraId="54BCE32B" w14:textId="77777777">
        <w:tc>
          <w:tcPr>
            <w:tcW w:w="1728" w:type="dxa"/>
          </w:tcPr>
          <w:p w14:paraId="72922A5D" w14:textId="77777777" w:rsidR="006A0D0E" w:rsidRDefault="00000000">
            <w:r>
              <w:t>8</w:t>
            </w:r>
          </w:p>
        </w:tc>
        <w:tc>
          <w:tcPr>
            <w:tcW w:w="1728" w:type="dxa"/>
          </w:tcPr>
          <w:p w14:paraId="6C701B35" w14:textId="77777777" w:rsidR="006A0D0E" w:rsidRDefault="00000000">
            <w:r>
              <w:t>Persiana rolo blackout 1,00x2,05m</w:t>
            </w:r>
          </w:p>
        </w:tc>
        <w:tc>
          <w:tcPr>
            <w:tcW w:w="1728" w:type="dxa"/>
          </w:tcPr>
          <w:p w14:paraId="23D0AFF9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17FBB6B5" w14:textId="77777777" w:rsidR="006A0D0E" w:rsidRDefault="00000000">
            <w:r>
              <w:t>2,05</w:t>
            </w:r>
          </w:p>
        </w:tc>
        <w:tc>
          <w:tcPr>
            <w:tcW w:w="1728" w:type="dxa"/>
          </w:tcPr>
          <w:p w14:paraId="2E9CE9AA" w14:textId="77777777" w:rsidR="006A0D0E" w:rsidRDefault="00000000">
            <w:r>
              <w:t>649,19</w:t>
            </w:r>
          </w:p>
        </w:tc>
      </w:tr>
      <w:tr w:rsidR="006A0D0E" w14:paraId="11DE5A39" w14:textId="77777777">
        <w:tc>
          <w:tcPr>
            <w:tcW w:w="1728" w:type="dxa"/>
          </w:tcPr>
          <w:p w14:paraId="6D63BC3D" w14:textId="77777777" w:rsidR="006A0D0E" w:rsidRDefault="00000000">
            <w:r>
              <w:t>9</w:t>
            </w:r>
          </w:p>
        </w:tc>
        <w:tc>
          <w:tcPr>
            <w:tcW w:w="1728" w:type="dxa"/>
          </w:tcPr>
          <w:p w14:paraId="26396546" w14:textId="77777777" w:rsidR="006A0D0E" w:rsidRDefault="00000000">
            <w:r>
              <w:t>Persiana rolo blackout 1,00x2,25m</w:t>
            </w:r>
          </w:p>
        </w:tc>
        <w:tc>
          <w:tcPr>
            <w:tcW w:w="1728" w:type="dxa"/>
          </w:tcPr>
          <w:p w14:paraId="02EF04AD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269316F3" w14:textId="77777777" w:rsidR="006A0D0E" w:rsidRDefault="00000000">
            <w:r>
              <w:t>2,25</w:t>
            </w:r>
          </w:p>
        </w:tc>
        <w:tc>
          <w:tcPr>
            <w:tcW w:w="1728" w:type="dxa"/>
          </w:tcPr>
          <w:p w14:paraId="73E4214C" w14:textId="77777777" w:rsidR="006A0D0E" w:rsidRDefault="00000000">
            <w:r>
              <w:t>712,53</w:t>
            </w:r>
          </w:p>
        </w:tc>
      </w:tr>
      <w:tr w:rsidR="006A0D0E" w14:paraId="0CCE1BC4" w14:textId="77777777">
        <w:tc>
          <w:tcPr>
            <w:tcW w:w="1728" w:type="dxa"/>
          </w:tcPr>
          <w:p w14:paraId="1A37E8B1" w14:textId="77777777" w:rsidR="006A0D0E" w:rsidRDefault="00000000">
            <w:r>
              <w:t>10</w:t>
            </w:r>
          </w:p>
        </w:tc>
        <w:tc>
          <w:tcPr>
            <w:tcW w:w="1728" w:type="dxa"/>
          </w:tcPr>
          <w:p w14:paraId="6DE699AD" w14:textId="77777777" w:rsidR="006A0D0E" w:rsidRDefault="00000000">
            <w:r>
              <w:t>Persiana rolo blackout 1,10x2,30m</w:t>
            </w:r>
          </w:p>
        </w:tc>
        <w:tc>
          <w:tcPr>
            <w:tcW w:w="1728" w:type="dxa"/>
          </w:tcPr>
          <w:p w14:paraId="42A277B6" w14:textId="77777777" w:rsidR="006A0D0E" w:rsidRDefault="00000000">
            <w:r>
              <w:t>2</w:t>
            </w:r>
          </w:p>
        </w:tc>
        <w:tc>
          <w:tcPr>
            <w:tcW w:w="1728" w:type="dxa"/>
          </w:tcPr>
          <w:p w14:paraId="6DD75050" w14:textId="77777777" w:rsidR="006A0D0E" w:rsidRDefault="00000000">
            <w:r>
              <w:t>4,84</w:t>
            </w:r>
          </w:p>
        </w:tc>
        <w:tc>
          <w:tcPr>
            <w:tcW w:w="1728" w:type="dxa"/>
          </w:tcPr>
          <w:p w14:paraId="78310D09" w14:textId="77777777" w:rsidR="006A0D0E" w:rsidRDefault="00000000">
            <w:r>
              <w:t>1.532,73</w:t>
            </w:r>
          </w:p>
        </w:tc>
      </w:tr>
      <w:tr w:rsidR="006A0D0E" w14:paraId="4645879F" w14:textId="77777777">
        <w:tc>
          <w:tcPr>
            <w:tcW w:w="1728" w:type="dxa"/>
          </w:tcPr>
          <w:p w14:paraId="5A0BEDAB" w14:textId="77777777" w:rsidR="006A0D0E" w:rsidRDefault="00000000">
            <w:r>
              <w:t>11</w:t>
            </w:r>
          </w:p>
        </w:tc>
        <w:tc>
          <w:tcPr>
            <w:tcW w:w="1728" w:type="dxa"/>
          </w:tcPr>
          <w:p w14:paraId="16A98D32" w14:textId="77777777" w:rsidR="006A0D0E" w:rsidRDefault="00000000">
            <w:r>
              <w:t>Persiana rolo blackout 1,10x2,20m</w:t>
            </w:r>
          </w:p>
        </w:tc>
        <w:tc>
          <w:tcPr>
            <w:tcW w:w="1728" w:type="dxa"/>
          </w:tcPr>
          <w:p w14:paraId="019A6300" w14:textId="77777777" w:rsidR="006A0D0E" w:rsidRDefault="00000000">
            <w:r>
              <w:t>10</w:t>
            </w:r>
          </w:p>
        </w:tc>
        <w:tc>
          <w:tcPr>
            <w:tcW w:w="1728" w:type="dxa"/>
          </w:tcPr>
          <w:p w14:paraId="1AD4B472" w14:textId="77777777" w:rsidR="006A0D0E" w:rsidRDefault="00000000">
            <w:r>
              <w:t>24,20</w:t>
            </w:r>
          </w:p>
        </w:tc>
        <w:tc>
          <w:tcPr>
            <w:tcW w:w="1728" w:type="dxa"/>
          </w:tcPr>
          <w:p w14:paraId="6D1B2ACA" w14:textId="77777777" w:rsidR="006A0D0E" w:rsidRDefault="00000000">
            <w:r>
              <w:t>7.663,66</w:t>
            </w:r>
          </w:p>
        </w:tc>
      </w:tr>
      <w:tr w:rsidR="006A0D0E" w14:paraId="6172A76C" w14:textId="77777777">
        <w:tc>
          <w:tcPr>
            <w:tcW w:w="1728" w:type="dxa"/>
          </w:tcPr>
          <w:p w14:paraId="7470C722" w14:textId="77777777" w:rsidR="006A0D0E" w:rsidRDefault="00000000">
            <w:r>
              <w:t>12</w:t>
            </w:r>
          </w:p>
        </w:tc>
        <w:tc>
          <w:tcPr>
            <w:tcW w:w="1728" w:type="dxa"/>
          </w:tcPr>
          <w:p w14:paraId="25946488" w14:textId="77777777" w:rsidR="006A0D0E" w:rsidRDefault="00000000">
            <w:r>
              <w:t>Persiana rolo blackout 1,10x3,00m</w:t>
            </w:r>
          </w:p>
        </w:tc>
        <w:tc>
          <w:tcPr>
            <w:tcW w:w="1728" w:type="dxa"/>
          </w:tcPr>
          <w:p w14:paraId="48E16E94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0B5BEDF3" w14:textId="77777777" w:rsidR="006A0D0E" w:rsidRDefault="00000000">
            <w:r>
              <w:t>3,30</w:t>
            </w:r>
          </w:p>
        </w:tc>
        <w:tc>
          <w:tcPr>
            <w:tcW w:w="1728" w:type="dxa"/>
          </w:tcPr>
          <w:p w14:paraId="60C43002" w14:textId="77777777" w:rsidR="006A0D0E" w:rsidRDefault="00000000">
            <w:r>
              <w:t>1.045,04</w:t>
            </w:r>
          </w:p>
        </w:tc>
      </w:tr>
      <w:tr w:rsidR="006A0D0E" w14:paraId="3CEB6F29" w14:textId="77777777">
        <w:tc>
          <w:tcPr>
            <w:tcW w:w="1728" w:type="dxa"/>
          </w:tcPr>
          <w:p w14:paraId="068DCD41" w14:textId="77777777" w:rsidR="006A0D0E" w:rsidRDefault="00000000">
            <w:r>
              <w:t>13</w:t>
            </w:r>
          </w:p>
        </w:tc>
        <w:tc>
          <w:tcPr>
            <w:tcW w:w="1728" w:type="dxa"/>
          </w:tcPr>
          <w:p w14:paraId="0907E320" w14:textId="77777777" w:rsidR="006A0D0E" w:rsidRDefault="00000000">
            <w:r>
              <w:t>Persiana rolo blackout 1,30x1,98m</w:t>
            </w:r>
          </w:p>
        </w:tc>
        <w:tc>
          <w:tcPr>
            <w:tcW w:w="1728" w:type="dxa"/>
          </w:tcPr>
          <w:p w14:paraId="0EA0F20F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4F72DC1A" w14:textId="77777777" w:rsidR="006A0D0E" w:rsidRDefault="00000000">
            <w:r>
              <w:t>2,57</w:t>
            </w:r>
          </w:p>
        </w:tc>
        <w:tc>
          <w:tcPr>
            <w:tcW w:w="1728" w:type="dxa"/>
          </w:tcPr>
          <w:p w14:paraId="0472A332" w14:textId="77777777" w:rsidR="006A0D0E" w:rsidRDefault="00000000">
            <w:r>
              <w:t>815,13</w:t>
            </w:r>
          </w:p>
        </w:tc>
      </w:tr>
      <w:tr w:rsidR="006A0D0E" w14:paraId="451C8D71" w14:textId="77777777">
        <w:tc>
          <w:tcPr>
            <w:tcW w:w="1728" w:type="dxa"/>
          </w:tcPr>
          <w:p w14:paraId="2F144200" w14:textId="77777777" w:rsidR="006A0D0E" w:rsidRDefault="00000000">
            <w:r>
              <w:t>14</w:t>
            </w:r>
          </w:p>
        </w:tc>
        <w:tc>
          <w:tcPr>
            <w:tcW w:w="1728" w:type="dxa"/>
          </w:tcPr>
          <w:p w14:paraId="3734C621" w14:textId="77777777" w:rsidR="006A0D0E" w:rsidRDefault="00000000">
            <w:r>
              <w:t>Persiana rolo blackout 1,30x1,94m</w:t>
            </w:r>
          </w:p>
        </w:tc>
        <w:tc>
          <w:tcPr>
            <w:tcW w:w="1728" w:type="dxa"/>
          </w:tcPr>
          <w:p w14:paraId="7EA1A871" w14:textId="77777777" w:rsidR="006A0D0E" w:rsidRDefault="00000000">
            <w:r>
              <w:t>2</w:t>
            </w:r>
          </w:p>
        </w:tc>
        <w:tc>
          <w:tcPr>
            <w:tcW w:w="1728" w:type="dxa"/>
          </w:tcPr>
          <w:p w14:paraId="1AC7E9B2" w14:textId="77777777" w:rsidR="006A0D0E" w:rsidRDefault="00000000">
            <w:r>
              <w:t>5,04</w:t>
            </w:r>
          </w:p>
        </w:tc>
        <w:tc>
          <w:tcPr>
            <w:tcW w:w="1728" w:type="dxa"/>
          </w:tcPr>
          <w:p w14:paraId="025D01D9" w14:textId="77777777" w:rsidR="006A0D0E" w:rsidRDefault="00000000">
            <w:r>
              <w:t>1.597,33</w:t>
            </w:r>
          </w:p>
        </w:tc>
      </w:tr>
      <w:tr w:rsidR="006A0D0E" w14:paraId="25AA52F8" w14:textId="77777777">
        <w:tc>
          <w:tcPr>
            <w:tcW w:w="1728" w:type="dxa"/>
          </w:tcPr>
          <w:p w14:paraId="736AF6F3" w14:textId="77777777" w:rsidR="006A0D0E" w:rsidRDefault="00000000">
            <w:r>
              <w:t>15</w:t>
            </w:r>
          </w:p>
        </w:tc>
        <w:tc>
          <w:tcPr>
            <w:tcW w:w="1728" w:type="dxa"/>
          </w:tcPr>
          <w:p w14:paraId="6990C362" w14:textId="77777777" w:rsidR="006A0D0E" w:rsidRDefault="00000000">
            <w:r>
              <w:t>Persiana rolo blackout 1,20x1,20m</w:t>
            </w:r>
          </w:p>
        </w:tc>
        <w:tc>
          <w:tcPr>
            <w:tcW w:w="1728" w:type="dxa"/>
          </w:tcPr>
          <w:p w14:paraId="71A47139" w14:textId="77777777" w:rsidR="006A0D0E" w:rsidRDefault="00000000">
            <w:r>
              <w:t>2</w:t>
            </w:r>
          </w:p>
        </w:tc>
        <w:tc>
          <w:tcPr>
            <w:tcW w:w="1728" w:type="dxa"/>
          </w:tcPr>
          <w:p w14:paraId="4C9883C1" w14:textId="77777777" w:rsidR="006A0D0E" w:rsidRDefault="00000000">
            <w:r>
              <w:t>2,88</w:t>
            </w:r>
          </w:p>
        </w:tc>
        <w:tc>
          <w:tcPr>
            <w:tcW w:w="1728" w:type="dxa"/>
          </w:tcPr>
          <w:p w14:paraId="12035A42" w14:textId="77777777" w:rsidR="006A0D0E" w:rsidRDefault="00000000">
            <w:r>
              <w:t>912,04</w:t>
            </w:r>
          </w:p>
        </w:tc>
      </w:tr>
      <w:tr w:rsidR="006A0D0E" w14:paraId="5DB1C843" w14:textId="77777777">
        <w:tc>
          <w:tcPr>
            <w:tcW w:w="1728" w:type="dxa"/>
          </w:tcPr>
          <w:p w14:paraId="123DC864" w14:textId="77777777" w:rsidR="006A0D0E" w:rsidRDefault="00000000">
            <w:r>
              <w:t>16</w:t>
            </w:r>
          </w:p>
        </w:tc>
        <w:tc>
          <w:tcPr>
            <w:tcW w:w="1728" w:type="dxa"/>
          </w:tcPr>
          <w:p w14:paraId="673D6510" w14:textId="77777777" w:rsidR="006A0D0E" w:rsidRDefault="00000000">
            <w:r>
              <w:t xml:space="preserve">Persiana rolo blackout </w:t>
            </w:r>
            <w:r>
              <w:lastRenderedPageBreak/>
              <w:t>2,90x1,00m</w:t>
            </w:r>
          </w:p>
        </w:tc>
        <w:tc>
          <w:tcPr>
            <w:tcW w:w="1728" w:type="dxa"/>
          </w:tcPr>
          <w:p w14:paraId="395B149E" w14:textId="77777777" w:rsidR="006A0D0E" w:rsidRDefault="00000000">
            <w:r>
              <w:lastRenderedPageBreak/>
              <w:t>2</w:t>
            </w:r>
          </w:p>
        </w:tc>
        <w:tc>
          <w:tcPr>
            <w:tcW w:w="1728" w:type="dxa"/>
          </w:tcPr>
          <w:p w14:paraId="7632CA43" w14:textId="77777777" w:rsidR="006A0D0E" w:rsidRDefault="00000000">
            <w:r>
              <w:t>5,80</w:t>
            </w:r>
          </w:p>
        </w:tc>
        <w:tc>
          <w:tcPr>
            <w:tcW w:w="1728" w:type="dxa"/>
          </w:tcPr>
          <w:p w14:paraId="15865684" w14:textId="77777777" w:rsidR="006A0D0E" w:rsidRDefault="00000000">
            <w:r>
              <w:t>1.836,74</w:t>
            </w:r>
          </w:p>
        </w:tc>
      </w:tr>
      <w:tr w:rsidR="006A0D0E" w14:paraId="690A2291" w14:textId="77777777">
        <w:tc>
          <w:tcPr>
            <w:tcW w:w="1728" w:type="dxa"/>
          </w:tcPr>
          <w:p w14:paraId="085CA908" w14:textId="77777777" w:rsidR="006A0D0E" w:rsidRDefault="00000000">
            <w:r>
              <w:t>17</w:t>
            </w:r>
          </w:p>
        </w:tc>
        <w:tc>
          <w:tcPr>
            <w:tcW w:w="1728" w:type="dxa"/>
          </w:tcPr>
          <w:p w14:paraId="65CD4097" w14:textId="77777777" w:rsidR="006A0D0E" w:rsidRDefault="00000000">
            <w:r>
              <w:t>Persiana rolo blackout 2,90x1,50m</w:t>
            </w:r>
          </w:p>
        </w:tc>
        <w:tc>
          <w:tcPr>
            <w:tcW w:w="1728" w:type="dxa"/>
          </w:tcPr>
          <w:p w14:paraId="0E33D2E6" w14:textId="77777777" w:rsidR="006A0D0E" w:rsidRDefault="00000000">
            <w:r>
              <w:t>1</w:t>
            </w:r>
          </w:p>
        </w:tc>
        <w:tc>
          <w:tcPr>
            <w:tcW w:w="1728" w:type="dxa"/>
          </w:tcPr>
          <w:p w14:paraId="752E8690" w14:textId="77777777" w:rsidR="006A0D0E" w:rsidRDefault="00000000">
            <w:r>
              <w:t>4,35</w:t>
            </w:r>
          </w:p>
        </w:tc>
        <w:tc>
          <w:tcPr>
            <w:tcW w:w="1728" w:type="dxa"/>
          </w:tcPr>
          <w:p w14:paraId="14ED2752" w14:textId="77777777" w:rsidR="006A0D0E" w:rsidRDefault="00000000">
            <w:r>
              <w:t>1.377,56</w:t>
            </w:r>
          </w:p>
        </w:tc>
      </w:tr>
    </w:tbl>
    <w:p w14:paraId="44DD1434" w14:textId="77777777" w:rsidR="006A0D0E" w:rsidRDefault="006A0D0E"/>
    <w:p w14:paraId="705CEE92" w14:textId="77777777" w:rsidR="006A0D0E" w:rsidRDefault="00000000">
      <w:r>
        <w:t>Valor global da proposta: R$ 31.452,22 (trinta e um mil, quatrocentos e cinquenta e dois reais e vinte e dois centavos).</w:t>
      </w:r>
    </w:p>
    <w:p w14:paraId="38395585" w14:textId="77777777" w:rsidR="006A0D0E" w:rsidRDefault="00000000">
      <w:r>
        <w:t>O valor inclui: fornecimento do material, instalação, transporte, mão de obra e tributos incidentes.</w:t>
      </w:r>
    </w:p>
    <w:p w14:paraId="0A929A2C" w14:textId="77777777" w:rsidR="006A0D0E" w:rsidRDefault="00000000">
      <w:r>
        <w:t>Prazo de validade da proposta: 60 (sessenta) dias.</w:t>
      </w:r>
    </w:p>
    <w:p w14:paraId="35314F12" w14:textId="77777777" w:rsidR="006A0D0E" w:rsidRDefault="00000000">
      <w:r>
        <w:t>Prazo de entrega/instalação: até 30 (trinta) dias corridos após emissão da Autorização de Execução.</w:t>
      </w:r>
    </w:p>
    <w:p w14:paraId="3FB32B26" w14:textId="77777777" w:rsidR="006A0D0E" w:rsidRDefault="00000000">
      <w:r>
        <w:br/>
        <w:t>Volta Redonda/RJ, 04 de setembro de 2025.</w:t>
      </w:r>
      <w:r>
        <w:br/>
      </w:r>
    </w:p>
    <w:p w14:paraId="578B20D4" w14:textId="77777777" w:rsidR="006A0D0E" w:rsidRDefault="00000000">
      <w:r>
        <w:t>________________________________________</w:t>
      </w:r>
    </w:p>
    <w:p w14:paraId="0F773E8F" w14:textId="77777777" w:rsidR="006A0D0E" w:rsidRDefault="00000000">
      <w:r>
        <w:t>Adan Cordeiro</w:t>
      </w:r>
    </w:p>
    <w:p w14:paraId="6CA7A9BF" w14:textId="77777777" w:rsidR="006A0D0E" w:rsidRDefault="00000000">
      <w:r>
        <w:t>Representante Legal - AMC Decorações VR Ltda</w:t>
      </w:r>
    </w:p>
    <w:sectPr w:rsidR="006A0D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9431892">
    <w:abstractNumId w:val="8"/>
  </w:num>
  <w:num w:numId="2" w16cid:durableId="2134591553">
    <w:abstractNumId w:val="6"/>
  </w:num>
  <w:num w:numId="3" w16cid:durableId="1886334789">
    <w:abstractNumId w:val="5"/>
  </w:num>
  <w:num w:numId="4" w16cid:durableId="773596278">
    <w:abstractNumId w:val="4"/>
  </w:num>
  <w:num w:numId="5" w16cid:durableId="619635">
    <w:abstractNumId w:val="7"/>
  </w:num>
  <w:num w:numId="6" w16cid:durableId="414014786">
    <w:abstractNumId w:val="3"/>
  </w:num>
  <w:num w:numId="7" w16cid:durableId="1072463414">
    <w:abstractNumId w:val="2"/>
  </w:num>
  <w:num w:numId="8" w16cid:durableId="1185827899">
    <w:abstractNumId w:val="1"/>
  </w:num>
  <w:num w:numId="9" w16cid:durableId="1312830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E44"/>
    <w:rsid w:val="0015074B"/>
    <w:rsid w:val="0029639D"/>
    <w:rsid w:val="00326F90"/>
    <w:rsid w:val="006A0D0E"/>
    <w:rsid w:val="009A250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7437E2"/>
  <w14:defaultImageDpi w14:val="300"/>
  <w15:docId w15:val="{E5CE54AA-66D1-468F-8FC8-9A862BAF5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Rodrigo Gambi</cp:lastModifiedBy>
  <cp:revision>2</cp:revision>
  <dcterms:created xsi:type="dcterms:W3CDTF">2025-09-04T16:24:00Z</dcterms:created>
  <dcterms:modified xsi:type="dcterms:W3CDTF">2025-09-04T16:24:00Z</dcterms:modified>
  <cp:category/>
</cp:coreProperties>
</file>